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15"/>
        <w:gridCol w:w="5686"/>
      </w:tblGrid>
      <w:tr w:rsidR="002454D4" w14:paraId="155D69E2" w14:textId="77777777" w:rsidTr="007118B8">
        <w:trPr>
          <w:trHeight w:val="1585"/>
        </w:trPr>
        <w:tc>
          <w:tcPr>
            <w:tcW w:w="2115" w:type="dxa"/>
          </w:tcPr>
          <w:p w14:paraId="62BF5DE0" w14:textId="77777777" w:rsidR="002454D4" w:rsidRDefault="002454D4" w:rsidP="007118B8">
            <w:r>
              <w:rPr>
                <w:noProof/>
              </w:rPr>
              <w:drawing>
                <wp:inline distT="0" distB="0" distL="0" distR="0" wp14:anchorId="72B6C43D" wp14:editId="68934AF3">
                  <wp:extent cx="972000" cy="97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6" w:type="dxa"/>
          </w:tcPr>
          <w:p w14:paraId="62814C6A" w14:textId="77777777" w:rsidR="002454D4" w:rsidRDefault="002454D4" w:rsidP="007118B8">
            <w:pPr>
              <w:spacing w:before="160"/>
              <w:jc w:val="center"/>
            </w:pPr>
            <w:r>
              <w:rPr>
                <w:b/>
              </w:rPr>
              <w:t>T.C.</w:t>
            </w:r>
            <w:r>
              <w:rPr>
                <w:b/>
              </w:rPr>
              <w:br/>
              <w:t>KAHRAMANMARAŞ SÜTÇÜ İMAM ÜNİVERSİTESİ</w:t>
            </w:r>
            <w:r>
              <w:rPr>
                <w:b/>
              </w:rPr>
              <w:br/>
              <w:t>LİSANSÜSTÜ EĞİTİM ENSTİTÜSÜ</w:t>
            </w:r>
            <w:r>
              <w:rPr>
                <w:b/>
              </w:rPr>
              <w:br/>
            </w:r>
          </w:p>
        </w:tc>
      </w:tr>
    </w:tbl>
    <w:p w14:paraId="3BB3C1BE" w14:textId="77777777" w:rsidR="002454D4" w:rsidRPr="00802F99" w:rsidRDefault="00B8710D" w:rsidP="002454D4">
      <w:pPr>
        <w:pBdr>
          <w:bottom w:val="single" w:sz="10" w:space="0" w:color="C59C57"/>
        </w:pBdr>
        <w:spacing w:after="420"/>
        <w:jc w:val="center"/>
        <w:rPr>
          <w:b/>
          <w:bCs/>
        </w:rPr>
      </w:pPr>
      <w:r>
        <w:rPr>
          <w:b/>
          <w:bCs/>
        </w:rPr>
        <w:t>ASKERLİK İŞLEMLERİ BAŞVURU FORMU</w:t>
      </w:r>
    </w:p>
    <w:p w14:paraId="7A1C6A2A" w14:textId="77777777" w:rsidR="00D567B8" w:rsidRDefault="00000000">
      <w:pPr>
        <w:spacing w:after="320"/>
        <w:jc w:val="center"/>
      </w:pPr>
      <w:r>
        <w:rPr>
          <w:b/>
        </w:rPr>
        <w:t>LİSANSÜSTÜ EĞİTİM ENSTİTÜSÜ MÜDÜRLÜĞÜNE</w:t>
      </w:r>
    </w:p>
    <w:p w14:paraId="2F21CCCA" w14:textId="77777777" w:rsidR="00D567B8" w:rsidRDefault="00000000" w:rsidP="00240CE8">
      <w:pPr>
        <w:spacing w:after="140"/>
        <w:ind w:firstLine="720"/>
        <w:jc w:val="both"/>
      </w:pPr>
      <w:r>
        <w:t>Enstitünüz ................................ Ana Bilim Dalı ................................ numaralı Tezli Yüksek Lisans/Tezsiz Yüksek Lisans/Doktora programının ders/tez dönemindeki öğrencisiyim. Askerlik sevk tehiri* / sevk tehiri iptali** işlemlerimin yapılması hususunda,</w:t>
      </w:r>
    </w:p>
    <w:p w14:paraId="3EBA1AB4" w14:textId="77777777" w:rsidR="00D567B8" w:rsidRDefault="00000000" w:rsidP="00240CE8">
      <w:pPr>
        <w:spacing w:after="240"/>
        <w:ind w:firstLine="720"/>
      </w:pPr>
      <w:r>
        <w:t>Gereğini saygılarımla arz ederim.     .... / .... / 202..</w:t>
      </w:r>
    </w:p>
    <w:p w14:paraId="049F4383" w14:textId="77777777" w:rsidR="00D567B8" w:rsidRDefault="00000000">
      <w:pPr>
        <w:spacing w:after="280"/>
        <w:jc w:val="right"/>
      </w:pPr>
      <w:r>
        <w:t>(Adı, Soyadı, İmza)</w:t>
      </w:r>
    </w:p>
    <w:p w14:paraId="6CED9D14" w14:textId="77777777" w:rsidR="00D567B8" w:rsidRDefault="00000000">
      <w:pPr>
        <w:spacing w:after="100"/>
      </w:pPr>
      <w:r>
        <w:rPr>
          <w:b/>
        </w:rPr>
        <w:t xml:space="preserve">T.C. Kimlik No : </w:t>
      </w:r>
      <w:r>
        <w:t>................................................................................................</w:t>
      </w:r>
    </w:p>
    <w:p w14:paraId="72AFF3B6" w14:textId="77777777" w:rsidR="00D567B8" w:rsidRDefault="00000000">
      <w:pPr>
        <w:spacing w:after="100"/>
      </w:pPr>
      <w:r>
        <w:rPr>
          <w:b/>
        </w:rPr>
        <w:t xml:space="preserve">Adres : </w:t>
      </w:r>
      <w:r>
        <w:t>................................................................................................</w:t>
      </w:r>
    </w:p>
    <w:p w14:paraId="63257916" w14:textId="77777777" w:rsidR="00D567B8" w:rsidRDefault="00000000">
      <w:pPr>
        <w:spacing w:after="100"/>
      </w:pPr>
      <w:r>
        <w:rPr>
          <w:b/>
        </w:rPr>
        <w:t xml:space="preserve">GSM : </w:t>
      </w:r>
      <w:r>
        <w:t>................................................................................................</w:t>
      </w:r>
    </w:p>
    <w:p w14:paraId="2FA33775" w14:textId="77777777" w:rsidR="00D567B8" w:rsidRDefault="00000000">
      <w:pPr>
        <w:spacing w:after="100"/>
      </w:pPr>
      <w:r>
        <w:rPr>
          <w:b/>
        </w:rPr>
        <w:t xml:space="preserve">E-posta : </w:t>
      </w:r>
      <w:r>
        <w:t>................................................................................................</w:t>
      </w:r>
    </w:p>
    <w:p w14:paraId="23933DA6" w14:textId="77777777" w:rsidR="00D567B8" w:rsidRDefault="00000000">
      <w:pPr>
        <w:keepNext/>
        <w:pBdr>
          <w:bottom w:val="single" w:sz="8" w:space="0" w:color="D5BC8A"/>
        </w:pBdr>
        <w:spacing w:before="360" w:after="140"/>
      </w:pPr>
      <w:r>
        <w:rPr>
          <w:b/>
        </w:rPr>
        <w:t>AÇIKLAMALAR</w:t>
      </w:r>
    </w:p>
    <w:p w14:paraId="62B0E158" w14:textId="77777777" w:rsidR="00D567B8" w:rsidRDefault="00000000">
      <w:pPr>
        <w:spacing w:after="100"/>
        <w:jc w:val="both"/>
      </w:pPr>
      <w:r>
        <w:rPr>
          <w:b/>
        </w:rPr>
        <w:t xml:space="preserve">* Sevk Tehiri: </w:t>
      </w:r>
      <w:r>
        <w:t>Askerlik tecil işleminin Enstitü tarafından uzatılmasıdır.</w:t>
      </w:r>
    </w:p>
    <w:p w14:paraId="36C1D738" w14:textId="77777777" w:rsidR="00D567B8" w:rsidRDefault="00000000">
      <w:pPr>
        <w:spacing w:after="100"/>
        <w:jc w:val="both"/>
      </w:pPr>
      <w:r>
        <w:rPr>
          <w:b/>
        </w:rPr>
        <w:t xml:space="preserve">** Sevk Tehiri İptali: </w:t>
      </w:r>
      <w:r>
        <w:t>Enstitü tarafından tecil edilen askerlik durumunun yine Enstitü tarafından iptal edilmesidir.</w:t>
      </w:r>
    </w:p>
    <w:sectPr w:rsidR="00D567B8" w:rsidSect="003A1CEE">
      <w:pgSz w:w="11906" w:h="16838"/>
      <w:pgMar w:top="737" w:right="1162" w:bottom="737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76B0F44"/>
    <w:multiLevelType w:val="hybridMultilevel"/>
    <w:tmpl w:val="C6C60D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257102">
    <w:abstractNumId w:val="8"/>
  </w:num>
  <w:num w:numId="2" w16cid:durableId="743376938">
    <w:abstractNumId w:val="6"/>
  </w:num>
  <w:num w:numId="3" w16cid:durableId="797190670">
    <w:abstractNumId w:val="5"/>
  </w:num>
  <w:num w:numId="4" w16cid:durableId="1766028181">
    <w:abstractNumId w:val="4"/>
  </w:num>
  <w:num w:numId="5" w16cid:durableId="308290947">
    <w:abstractNumId w:val="7"/>
  </w:num>
  <w:num w:numId="6" w16cid:durableId="1960603361">
    <w:abstractNumId w:val="3"/>
  </w:num>
  <w:num w:numId="7" w16cid:durableId="1900557345">
    <w:abstractNumId w:val="2"/>
  </w:num>
  <w:num w:numId="8" w16cid:durableId="386494166">
    <w:abstractNumId w:val="1"/>
  </w:num>
  <w:num w:numId="9" w16cid:durableId="1404138973">
    <w:abstractNumId w:val="0"/>
  </w:num>
  <w:num w:numId="10" w16cid:durableId="361134164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6A45"/>
    <w:rsid w:val="000F64F6"/>
    <w:rsid w:val="0015074B"/>
    <w:rsid w:val="00240CE8"/>
    <w:rsid w:val="002454D4"/>
    <w:rsid w:val="0029639D"/>
    <w:rsid w:val="00326F90"/>
    <w:rsid w:val="003A1CEE"/>
    <w:rsid w:val="005A7C45"/>
    <w:rsid w:val="00606584"/>
    <w:rsid w:val="00AA1D8D"/>
    <w:rsid w:val="00AD6073"/>
    <w:rsid w:val="00B47730"/>
    <w:rsid w:val="00B8710D"/>
    <w:rsid w:val="00CB0664"/>
    <w:rsid w:val="00D10FD3"/>
    <w:rsid w:val="00D567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930448"/>
  <w14:defaultImageDpi w14:val="300"/>
  <w15:docId w15:val="{BE8FD7D6-ACFA-CE45-BD40-E230AD144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zulkufaydemir4646@hotmail.com</cp:lastModifiedBy>
  <cp:revision>2</cp:revision>
  <dcterms:created xsi:type="dcterms:W3CDTF">2026-09-24T11:49:00Z</dcterms:created>
  <dcterms:modified xsi:type="dcterms:W3CDTF">2026-09-24T11:49:00Z</dcterms:modified>
  <cp:category/>
</cp:coreProperties>
</file>